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Шаблон договора поставки.docx</w:t>
      </w:r>
    </w:p>
    <w:p>
      <w:r>
        <w:t>Дата составления: 01.07.2026</w:t>
      </w:r>
    </w:p>
    <w:p/>
    <w:p>
      <w:r>
        <w:t>Настоящий документ подготовлен в рамках коммерческой деятельности организации и определяет условия сотрудничества, порядок расчётов и ответственность сторон.</w:t>
      </w:r>
    </w:p>
    <w:p>
      <w:r>
        <w:t>Оплата производится в национальной валюте (сум) на условиях, предусмотренных приложением. Стороны подтверждают согласие с условиями.</w:t>
      </w:r>
    </w:p>
    <w:p/>
    <w:p>
      <w:r>
        <w:t>Подготовил: ______________________</w:t>
      </w:r>
    </w:p>
    <w:p>
      <w:r>
        <w:t>Согласовано: 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